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236"/>
        <w:gridCol w:w="4252"/>
      </w:tblGrid>
      <w:tr>
        <w:tc>
          <w:tcPr>
            <w:tcW w:type="dxa" w:w="6236"/>
          </w:tcPr>
          <w:p>
            <w:r>
              <w:rPr>
                <w:b w:val="0"/>
              </w:rPr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9CA3AF"/>
                <w:left w:val="single" w:sz="4" w:color="9CA3AF"/>
                <w:bottom w:val="single" w:sz="4" w:color="9CA3AF"/>
                <w:right w:val="single" w:sz="4" w:color="9CA3AF"/>
                <w:insideH w:val="single" w:sz="4" w:color="9CA3AF"/>
                <w:insideV w:val="single" w:sz="4" w:color="9CA3AF"/>
              </w:tblBorders>
            </w:tblPr>
            <w:tblGrid>
              <w:gridCol w:w="2551"/>
            </w:tblGrid>
            <w:tr>
              <w:tc>
                <w:tcPr>
                  <w:tcW w:type="dxa" w:w="2551"/>
                </w:tcPr>
                <w:p>
                  <w:pPr>
                    <w:jc w:val="center"/>
                  </w:pPr>
                  <w:r>
                    <w:rPr>
                      <w:b w:val="0"/>
                      <w:color w:val="6B7280"/>
                    </w:rPr>
                    <w:t>[Your logo]</w:t>
                  </w:r>
                </w:p>
                <w:p>
                  <w:pPr>
                    <w:jc w:val="center"/>
                  </w:pPr>
                  <w:r>
                    <w:rPr>
                      <w:b w:val="0"/>
                      <w:color w:val="6B7280"/>
                      <w:sz w:val="14"/>
                    </w:rPr>
                    <w:t>Delete this text and insert your logo</w:t>
                  </w:r>
                </w:p>
              </w:tc>
            </w:tr>
          </w:tbl>
          <w:p/>
          <w:p>
            <w:r>
              <w:rPr>
                <w:b/>
                <w:sz w:val="22"/>
              </w:rPr>
              <w:t>[Your Business Name]</w:t>
            </w:r>
          </w:p>
          <w:p>
            <w:r>
              <w:rPr>
                <w:b w:val="0"/>
              </w:rPr>
              <w:t>[Street address]</w:t>
            </w:r>
          </w:p>
          <w:p>
            <w:r>
              <w:rPr>
                <w:b w:val="0"/>
              </w:rPr>
              <w:t>[City, State ZIP]</w:t>
            </w:r>
          </w:p>
          <w:p>
            <w:r>
              <w:rPr>
                <w:b w:val="0"/>
              </w:rPr>
              <w:t>[Email]  |  [Phone]</w:t>
            </w:r>
          </w:p>
          <w:p>
            <w:r>
              <w:rPr>
                <w:b w:val="0"/>
              </w:rPr>
              <w:t>[Tax or registration number, if required]</w:t>
            </w:r>
          </w:p>
        </w:tc>
        <w:tc>
          <w:tcPr>
            <w:tcW w:type="dxa" w:w="4252"/>
          </w:tcPr>
          <w:p>
            <w:pPr>
              <w:jc w:val="right"/>
            </w:pPr>
            <w:r>
              <w:rPr>
                <w:b/>
                <w:color w:val="15803D"/>
                <w:sz w:val="52"/>
              </w:rPr>
              <w:t>INVOICE</w:t>
            </w:r>
          </w:p>
          <w:p>
            <w:pPr>
              <w:jc w:val="right"/>
            </w:pPr>
            <w:r>
              <w:rPr>
                <w:b w:val="0"/>
              </w:rPr>
              <w:t>Invoice number: [INV-0001]</w:t>
            </w:r>
          </w:p>
          <w:p>
            <w:pPr>
              <w:jc w:val="right"/>
            </w:pPr>
            <w:r>
              <w:rPr>
                <w:b w:val="0"/>
              </w:rPr>
              <w:t>Issue date: [MM/DD/YYYY]</w:t>
            </w:r>
          </w:p>
          <w:p>
            <w:pPr>
              <w:jc w:val="right"/>
            </w:pPr>
            <w:r>
              <w:rPr>
                <w:b w:val="0"/>
              </w:rPr>
              <w:t>Due date: [MM/DD/YYYY]</w:t>
            </w:r>
          </w:p>
        </w:tc>
      </w:tr>
    </w:tbl>
    <w:p>
      <w:r>
        <w:rPr>
          <w:b w:val="0"/>
        </w:rPr>
      </w:r>
    </w:p>
    <w:p>
      <w:r>
        <w:rPr>
          <w:b/>
          <w:color w:val="6B7280"/>
          <w:sz w:val="18"/>
        </w:rPr>
        <w:t>BILL TO</w:t>
      </w:r>
    </w:p>
    <w:p>
      <w:r>
        <w:rPr>
          <w:b w:val="0"/>
        </w:rPr>
        <w:t>[Client name or company]</w:t>
      </w:r>
    </w:p>
    <w:p>
      <w:r>
        <w:rPr>
          <w:b w:val="0"/>
        </w:rPr>
        <w:t>[Client street address]</w:t>
      </w:r>
    </w:p>
    <w:p>
      <w:r>
        <w:rPr>
          <w:b w:val="0"/>
        </w:rPr>
        <w:t>[City, State ZIP]</w:t>
      </w:r>
    </w:p>
    <w:p>
      <w:r>
        <w:rPr>
          <w:b w:val="0"/>
        </w:rPr>
        <w:t>[Client email]</w:t>
      </w:r>
    </w:p>
    <w:p>
      <w:r>
        <w:rPr>
          <w:b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69"/>
        <w:gridCol w:w="1134"/>
        <w:gridCol w:w="1701"/>
        <w:gridCol w:w="1984"/>
      </w:tblGrid>
      <w:tr>
        <w:tc>
          <w:tcPr>
            <w:tcW w:type="dxa" w:w="5669"/>
            <w:shd w:val="clear" w:fill="F0FDF4"/>
          </w:tcPr>
          <w:p>
            <w:r>
              <w:rPr>
                <w:b/>
                <w:color w:val="15803D"/>
              </w:rPr>
              <w:t>Description</w:t>
            </w:r>
          </w:p>
        </w:tc>
        <w:tc>
          <w:tcPr>
            <w:tcW w:type="dxa" w:w="1134"/>
            <w:shd w:val="clear" w:fill="F0FDF4"/>
          </w:tcPr>
          <w:p>
            <w:pPr>
              <w:jc w:val="right"/>
            </w:pPr>
            <w:r>
              <w:rPr>
                <w:b/>
                <w:color w:val="15803D"/>
              </w:rPr>
              <w:t>Qty</w:t>
            </w:r>
          </w:p>
        </w:tc>
        <w:tc>
          <w:tcPr>
            <w:tcW w:type="dxa" w:w="1701"/>
            <w:shd w:val="clear" w:fill="F0FDF4"/>
          </w:tcPr>
          <w:p>
            <w:pPr>
              <w:jc w:val="right"/>
            </w:pPr>
            <w:r>
              <w:rPr>
                <w:b/>
                <w:color w:val="15803D"/>
              </w:rPr>
              <w:t>Rate</w:t>
            </w:r>
          </w:p>
        </w:tc>
        <w:tc>
          <w:tcPr>
            <w:tcW w:type="dxa" w:w="1984"/>
            <w:shd w:val="clear" w:fill="F0FDF4"/>
          </w:tcPr>
          <w:p>
            <w:pPr>
              <w:jc w:val="right"/>
            </w:pPr>
            <w:r>
              <w:rPr>
                <w:b/>
                <w:color w:val="15803D"/>
              </w:rPr>
              <w:t>Amount</w:t>
            </w:r>
          </w:p>
        </w:tc>
      </w:tr>
      <w:tr>
        <w:tc>
          <w:tcPr>
            <w:tcW w:type="dxa" w:w="5669"/>
          </w:tcPr>
          <w:p>
            <w:r>
              <w:rPr>
                <w:b w:val="0"/>
                <w:color w:val="6B7280"/>
              </w:rPr>
              <w:t>[Example: Website design, hours]</w:t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  <w:color w:val="6B7280"/>
              </w:rPr>
              <w:t>10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6B7280"/>
              </w:rPr>
              <w:t>75.00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6B7280"/>
              </w:rPr>
              <w:t>750.00</w:t>
            </w:r>
          </w:p>
        </w:tc>
      </w:tr>
      <w:tr>
        <w:tc>
          <w:tcPr>
            <w:tcW w:type="dxa" w:w="5669"/>
          </w:tcPr>
          <w:p>
            <w:r>
              <w:rPr>
                <w:b w:val="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b w:val="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b w:val="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b w:val="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b w:val="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b w:val="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b w:val="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b w:val="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b w:val="0"/>
              </w:rPr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</w:tbl>
    <w:p>
      <w:pPr>
        <w:spacing w:after="0"/>
      </w:pPr>
      <w:r>
        <w:rPr>
          <w:b w:val="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1134"/>
        <w:gridCol w:w="1701"/>
        <w:gridCol w:w="1984"/>
      </w:tblGrid>
      <w:tr>
        <w:tc>
          <w:tcPr>
            <w:tcW w:type="dxa" w:w="5669"/>
          </w:tcPr>
          <w:p/>
        </w:tc>
        <w:tc>
          <w:tcPr>
            <w:tcW w:type="dxa" w:w="1134"/>
          </w:tcPr>
          <w:p/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</w:rPr>
              <w:t>Subtotal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</w:rPr>
              <w:t>[0.00]</w:t>
            </w:r>
          </w:p>
        </w:tc>
      </w:tr>
      <w:tr>
        <w:tc>
          <w:tcPr>
            <w:tcW w:type="dxa" w:w="5669"/>
          </w:tcPr>
          <w:p/>
        </w:tc>
        <w:tc>
          <w:tcPr>
            <w:tcW w:type="dxa" w:w="1134"/>
          </w:tcPr>
          <w:p/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</w:rPr>
              <w:t>Tax ([0]%)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</w:rPr>
              <w:t>[0.00]</w:t>
            </w:r>
          </w:p>
        </w:tc>
      </w:tr>
      <w:tr>
        <w:tc>
          <w:tcPr>
            <w:tcW w:type="dxa" w:w="5669"/>
          </w:tcPr>
          <w:p/>
        </w:tc>
        <w:tc>
          <w:tcPr>
            <w:tcW w:type="dxa" w:w="1134"/>
          </w:tcPr>
          <w:p/>
        </w:tc>
        <w:tc>
          <w:tcPr>
            <w:tcW w:type="dxa" w:w="1701"/>
            <w:shd w:val="clear" w:fill="F0FDF4"/>
          </w:tcPr>
          <w:p>
            <w:pPr>
              <w:jc w:val="right"/>
            </w:pPr>
            <w:r>
              <w:rPr>
                <w:b/>
              </w:rPr>
              <w:t>Total due</w:t>
            </w:r>
          </w:p>
        </w:tc>
        <w:tc>
          <w:tcPr>
            <w:tcW w:type="dxa" w:w="1984"/>
            <w:shd w:val="clear" w:fill="F0FDF4"/>
          </w:tcPr>
          <w:p>
            <w:pPr>
              <w:jc w:val="right"/>
            </w:pPr>
            <w:r>
              <w:rPr>
                <w:b/>
                <w:sz w:val="24"/>
              </w:rPr>
              <w:t>[$0.00]</w:t>
            </w:r>
          </w:p>
        </w:tc>
      </w:tr>
    </w:tbl>
    <w:p>
      <w:r>
        <w:rPr>
          <w:b w:val="0"/>
        </w:rPr>
      </w:r>
    </w:p>
    <w:p>
      <w:r>
        <w:rPr>
          <w:b/>
          <w:color w:val="6B7280"/>
          <w:sz w:val="18"/>
        </w:rPr>
        <w:t>PAYMENT TERMS</w:t>
      </w:r>
    </w:p>
    <w:p>
      <w:r>
        <w:rPr>
          <w:b w:val="0"/>
        </w:rPr>
        <w:t>[Due on receipt / Net 30]. [Late fee policy, if any.]</w:t>
      </w:r>
    </w:p>
    <w:p>
      <w:r>
        <w:rPr>
          <w:b/>
          <w:color w:val="6B7280"/>
          <w:sz w:val="18"/>
        </w:rPr>
        <w:t>HOW TO PAY</w:t>
      </w:r>
    </w:p>
    <w:p>
      <w:r>
        <w:rPr>
          <w:b w:val="0"/>
        </w:rPr>
        <w:t>[Bank name, account name, account number, routing or sort code, or a pay-online link]</w:t>
      </w:r>
    </w:p>
    <w:p>
      <w:r>
        <w:rPr>
          <w:b/>
          <w:color w:val="6B7280"/>
          <w:sz w:val="18"/>
        </w:rPr>
        <w:t>NOTES</w:t>
      </w:r>
    </w:p>
    <w:p>
      <w:r>
        <w:rPr>
          <w:b w:val="0"/>
        </w:rPr>
        <w:t>[Thank you for your business.]</w:t>
      </w:r>
    </w:p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4"/>
      </w:rPr>
      <w:t xml:space="preserve">Created with SolidInvoice: </w:t>
    </w:r>
    <w:hyperlink r:id="rId1">
      <w:r>
        <w:rPr>
          <w:color w:val="15803D"/>
          <w:sz w:val="14"/>
          <w:u w:val="single"/>
        </w:rPr>
        <w:t>solidinvoice.co/invoice-generator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olidinvoice.co/invoice-gener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subject/>
  <dc:creator>SolidInvoice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